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Leo(00:00:30): 我们来了几个人了，我看看咱们最大满员是12个人，现在好像就俩人了。四个12。34那我们 checkin1下或者等一等。欢迎大家开麦，如果你那块网不好，你可以开个 VPN。我这网是没问题。大家听得到吗？那我们 check1下，然后有多少人一下。</w:t>
      </w:r>
    </w:p>
    <w:p>
      <w:r>
        <w:t>Leo(00:01:30): 在15的时候开始我不知道怎么干我那时间。现在还差三分钟，在15的时候，现在差三分钟。哪个光合？</w:t>
      </w:r>
    </w:p>
    <w:p>
      <w:r>
        <w:t>Leo(00:02:15): 不知道为什么会有回声？有一点点电流音，但是还好哪电流。我看看。麦克风。喂 OK。</w:t>
      </w:r>
    </w:p>
    <w:p>
      <w:r>
        <w:t>Leo(00:03:44): 我们再等一分钟，一分钟后开始。</w:t>
      </w:r>
    </w:p>
    <w:p>
      <w:r>
        <w:t>Leo(00:04:20): 我看到灵狐补充了。并不主动离开了。离婚后他又回来了。那我们开始吧，我们就先 checkin1下。我对我上周约了一个斯洛伐克的朋友。然后我给他拉到群里了。他说他对。我准备他进来可能。他没有进来，我觉得可能可以直接用中文来说。然后对然后先拆聘一下。说大家现在的状态。我。今天搬到一个新的朋友家，然后因为我们在这边的房子刚刚找，然后还没给我们钥匙，然后网什么都没好，然后就。先借住朋友家，然后朋友病了。我有点紧张。咳嗽非常严重，我心里生怕的是羊了什么的？感觉这边挺冷的。那我现在的状态就是我要买指甲。读过看了一遍，然后写了点笔记什么，听到没有。这是我现在的状态，然后来点下一个人小明。</w:t>
      </w:r>
    </w:p>
    <w:p>
      <w:r>
        <w:t>Leo(00:06:19): 小明没有搭理我？</w:t>
      </w:r>
    </w:p>
    <w:p>
      <w:r>
        <w:t>Leo(00:06:43): 那就下一个人。那叫草原！我看你那网络应该挺稳定的。ray. 我看你开麦了。听得见。</w:t>
      </w:r>
    </w:p>
    <w:p>
      <w:r>
        <w:t>Leo(00:07:49): 小明，小明他们说的了，也说不了。那你现在你说吧！你现在的状态你是又在洗碗吗？还是啥？好。介绍一下你的状态，然后你点下一个快速拆，然后开始讲这破书。</w:t>
      </w:r>
    </w:p>
    <w:p>
      <w:r>
        <w:t>Leo(00:08:39): 对最近流感好像挺狠的。</w:t>
      </w:r>
    </w:p>
    <w:p>
      <w:r>
        <w:t>Leo(00:08:59): 我这周末是研究生考试，我去看了一眼卷子，然后我发现一个问题就是也不是问题，就我发现象就是。就我昨天去考英语的时候，我发现那些英考研英语的阅读文本的难度我觉得要低于我们读书会平常读的这些书的原著。比如 powerless 或者什么 gender note 之类的。所以我平时读这些读惯了，感觉去看一眼卷子，感觉好像难度还不如这个。所以就是还感谢读书会扩充了我的英语阅读量。下一位，这很多人了。就算帅，我不知道是哪一个。Hello 听得见。刚才进来的时候跑到兔子洞里去了，别的房间，就发现。好像屏幕就卡住了，然后现在这个页面上。不知道为什么觉得不太习惯。很期待就是我们这一次这本书的后半部分？想听听点的分享，因为好像没有怎么太看懂。但是又很想把这本书读完。这就是我的状态，一会记得点的分享吧！但是平静的一种状态相对比较放松。因为我近一个月一直在耳鸣，所以最近在努力的就是放轻松，就是释放一点点的压力，所以目前来讲的话一定，然后这本书的话就说什么话我没看，所以我今天是来旁听的。</w:t>
      </w:r>
    </w:p>
    <w:p>
      <w:r>
        <w:t>Leo(00:11:23): 然后我 Q 我看在我页面上的是令狐不冲，灵灵灵狐不冲。大家好。我说。这个具体房间挺有意思的，我想去整一套。因为我们有很多的远程协作的场景。但是我不知道国内连接稳不稳定。我这里显示的还我自己的那个翻墙设施还行，但是跟大概是你的服务器或者这个官方的服务器的连接不是很稳定，我想去整一下，所以我是公司。然后你要是想的话，我可以把在日本唯一的中国员工给你介绍一下是免费的吗？这个东西这不是免费的，需要付费那就算了，我从来都是这种行，我从来都是自己找免费的。那我觉得这种虚好 Q 的虚拟场工作场景太太有意思了。我去找一个开源的那个，我见过几个那个 docker 版的，想自己弄一套没问题，因为我现在这个节点就是大版的节点，自己搭的你。没问题的，挺有意思，你是用那个 virtual 打的，不是说我不是用的是那个什么叫甲骨文对甲骨文传家宝，我有一套甲骨文的传家宝。那是不是甲骨人申请免费的对，就他现在越来越难申请了，对所以搞出来就是传家宝，现在那都成传家宝了。</w:t>
      </w:r>
    </w:p>
    <w:p>
      <w:r>
        <w:t>Leo(00:13:23): 是的。好的继续你 Q 人吧，我 Q 圆圆园园。怎么念。曹爷那是曹爷 ok 好像已经说过了，是不是好像没有人可以对小章鱼，你好！小张有我小名对给我写张宇好了。听到你的状态的问题是什么？你来了吗。最近的状态。最近状态的这一周都在武汉培训，然后今天晚上下午刚结束，我现在从武汉回上海的高铁上状态就是信息量太大，就是它是一个五天的培训。周三到周日，每天都在带领团体的咨询。现在是五天进行马拉松，是八到九条的团体，能量是非常高，就我觉得还挺好玩的，对，现在整个人处于非常兴奋，又非常累，心情又非常大，脑子非常混乱的。大概是这样，所以我今天旁听为主的那个周围的环境也不太允许你发表他们对此的讨论。还有小明，那我就给小明吧！小明就求求你了。</w:t>
      </w:r>
    </w:p>
    <w:p>
      <w:r>
        <w:t>Leo(00:15:15): 公司的事情还是比较烦的，烦了一个礼拜这周末就搞了点自己的事情。跑跑自己的项目代码，然后写了写，写了一个分享稿，然后把这五天的健身房用掉了。去野外喂了一下野猫。大概就这样，然后我现在吃晚饭，我本来不想吃的感觉还是太饿了。现在又给自己搞了个饭吃。好结束吧。好的，那我就开始分享！对我看看。</w:t>
      </w:r>
    </w:p>
    <w:p>
      <w:r>
        <w:t>Leo(00:15:58): 然后这个是我的小杰就是还是之前说过那个观念就是我感觉作者虽然是一个反对苏联共产主义。这么一个作者，但是他这篇文章的新闻思路和内核和马克思主义的著作共产主义宣言是类似。它的煽动性要比理论性更强。然后那个行文思路也跟马克思一样比较随意，然后就属于想到哪。他佐证个人观点的这个形式也是和马克思等共产主义人类似的。喜欢用一大堆反问句来试图说服对手。然后就是这种方式的当代使用大师，就是那个温铁军同志对现在特别喜欢，也特别喜欢用这招讲各种课来说出他的观点对。然后感觉都是在当时特殊情况下能令人感同身受的那种大实话。然后和一些统治当局希望掩盖的一些思路对，但是我很难想象他最后成为了总统之后，是否还和年轻时候这个思路一致。</w:t>
      </w:r>
    </w:p>
    <w:p>
      <w:r>
        <w:t>Leo(00:17:07): 然后我问了这个问题，问我斯洛伐克的哥们，然后他说他当时还小，没有什么感触。对然后。就是我澄清一下，他想到哪是哪，这个重点就是说他整个行文的主题跳主题之间的跳跃之间的过程是很就你看着很丝滑，但是他没有解释和记录。随着这思路就过去了。就是那种，然后我相信他掌握并刺激到了那个时代大部分杰克人民的情绪。就是我觉得他们某些问题其实没有回答到点子上就。相比之下就简单来说，就不像马克思韦伯解释的那么清清楚楚，又特别刨根问题就是感觉，如果用麦克斯韦伯的思想来解释他的理论。绝对能解释的比他自己解释的还清楚，对，然后感觉像一个时代的摇滚乐或者流行歌。</w:t>
      </w:r>
    </w:p>
    <w:p>
      <w:r>
        <w:t>Leo(00:18:09): 好的大家来进进出出的 ok。我准备了一个开场。就是我这写的答案，但是其实我觉得可以，大家可以想一想，这个问题就是我看完之后想一个最大的问题就是为啥西方媒体一贯。长此以往的不懈的挑逗我们中国的这个人权问题就是几十年不变的配方，然后就各种拿各种就你规模上看是小事的事来赋予一些大意义来说事。然后以至于国内的人，其实好多都耳朵都听听起眼的了。然后中国政府在这个问题上的立场和这个手段也是一贯的回避和盖住。不报道对，然后并且不断的强调，这是给境外势力一刀的行为不大。然后我觉得就这本书能很好的回答这个问题。然后这个开场寿就是简单介绍一下那个历史就是。</w:t>
      </w:r>
    </w:p>
    <w:p>
      <w:r>
        <w:t>Leo(00:19:12): 这本书的历史环境。就是我看这书里的一些，我当时不知道的一些知识点，我简单罗列了一些。我觉得有帮助理解这个数，一个是77宪章。对77宪章就是77年写的在1989年起到关键性作用，然后一个1000人签字的请愿书，然后后来那个刘晓波什么的08年的那个08宪章，我感觉就是在学这个对。</w:t>
      </w:r>
    </w:p>
    <w:p>
      <w:r>
        <w:t>Leo(00:19:44): 然后简单的就是现成的内容。简单来讲就是跟当权者争取人人过自己生活的权利，就是不要就不要多过倡导的那种。政府倡导的生活。支持地下出版物地下大学地下教堂等等。对这也是当时那个氛围和他想要做的事。然后我找了两个，一个是版本的。然后一个是中文马克思文库阶级斗争文献。这里面的信息。77转账。然后它里头有一条就是我觉得现在读还比较讽刺。例如第一个协定，这是他那个77宪章里的内容。第一个协定19条所保证的言论自由的成立。是颇为渺茫的。数以万计的公民权利。数以惯例的公民，仅因为他们的看法与官方不同，就被禁止从事自己的行业。他们剥夺了任何自辩的机会，并且格局与其制度的受害者。对被伯爵的第一个协定语言中所述的免于恐惧的自由。就被剥夺了他们生活在一旦发表意见，就会失去职业和其他福利的恒常的恐惧当中。对，然后反正这个文件基本上说的是这个，然后我感觉对我感觉类似的压迫在某东方大国依然存在好好好几。</w:t>
      </w:r>
    </w:p>
    <w:p>
      <w:r>
        <w:t>Leo(00:21:18): 好。然后对这里说，任何稍稍不符合官方观点的偏见框框，无论是政治哲学，科学和艺术工作都会被禁止生产。布拉然后对知识问题文化问题的公开讨论是绝对不允许的。许多科学和文化工作者及他的公民，只不过是因为他们曾合法的出版和公开的提出。对当前政权的谴责的看法而受到歧视和破坏。这是当时七夕宪章的内容。然后我只是挑了一段哈，然后就是你可以点到这个链接里头去看。</w:t>
      </w:r>
    </w:p>
    <w:p>
      <w:r>
        <w:t>Leo(00:21:59): 然后是这个作者对作者是他其实这一些背景，我觉得值得说的是他77年的时候。就是他的主张一直是人人凭自己的良心说真话做实事。然后我感觉他这个整本书想讲的也基本上就是这一句话。他认为通过这个简单的核心标准，能够构建出来一个新的平行，与当时捷克社会的一个一套新的法律体系，或者是组。对差不多这个意思。他做了哪些事，是77年的时候给那个工人党主席也姓虎，写了一封公开信，信中，然后。谴责了这个制度下人性和制度的衰败就是人性的泯灭和这种制度的衰败。然后最后，他以实业以危害共同国家利益罪被判处了十14个月的有期徒刑，真是太惨了。然后后来他又就是因为好多人读了他的书，然后就呼吁给他放出来，结果他就83年放出来了。然后后来又闹事，就是担任这个77宪章的发言人，不断的发表一些巨作和批评文章，然后又被警察逮捕了。又关进去了，然后88年的时候发表了这个公民自由权和运动。</w:t>
      </w:r>
    </w:p>
    <w:p>
      <w:r>
        <w:t>Leo(00:23:25): 对反正，然后就感觉这个巨变和咱们80年代发生的那些事都特别影响，就感觉当时整个共产主义政权在那个时间段都挺。一个是共产党政权，没有对这个事的处理方式还没有一套好办法对，虽然那个。然后虽然坦克上街什么的，这个之前也发生过，但后来第二次来的时候那个坦克也上街了，但是。事实并没有。然后第二个是那个 PPU 就是宇宙塑料人那个乐队，然后我还特意去听了一下他们的那个歌，然后歌词我是听不懂，但是那个风格我觉得还是比较先锋。对，然后就是风格贼猛然后歌词特别贼风，然后说感觉那个主，然后灵性就是特别 difficult！然后现在国内乐队玩的合成器，还有那些传统乐器加到摇滚乐里头，然后就是类似迷幻圣殿那种风格？有点像重塑，然后也有点像。也儿像刺猬。然后就是或者换句话说，重塑和刺猬就是学他们的影子有这种感觉。但是就是我感觉他那个文字的才华没有水仙都活泼好。</w:t>
      </w:r>
    </w:p>
    <w:p>
      <w:r>
        <w:t>Leo(00:25:12): 这个时代不一样对，然后他这块这是一篇我找到了关于宇宙塑料人的报道，然后他们会说。就是你你可能会觉得，因为这个乐队出了几首歌，然后就把这个号称就是把这个政权给推翻了。然后你可能会觉得它是一个很组或者很政治的一个歌词，但是说其实不是，就是和政治关系很少这么样一个乐队，他的歌词完全不提升，甚至连抱怨和哀愁的情绪都不多见。然后他们觉得是对这个荒唐的体制最好的反击就是忽视他们，然后过你自己的生活。类似这种什么对，把那种就是好的公民价值就是好的那个公民榜样就完全不看过一个相反的一个生活差不多这样。然后告诉当局说不听你们的也能活得很好，类似这样，然后就是这是他们的反派方式。然后这时候我挑的也是那个文章里头有的就是宇宙塑料人百分之百里头的一个歌词。</w:t>
      </w:r>
    </w:p>
    <w:p>
      <w:r>
        <w:t>Leo(00:26:24): 我可以简单介绍一下，就是读一下他们害怕老人的记忆。他们害怕年轻人的思想和理想，他们害怕葬礼和墓地上鲜花，他们害怕工人害怕教堂，害怕党员，他们害怕艺术，他们害怕语言沟通的桥梁，他们害怕剧院他们害怕电影，他们害怕电台，他们害怕技术，他们害怕信息的流动。巴拉，然后他们害怕电吉他们害怕掉摇滚乐，他怎么回事，连摇滚乐都怕，然后摇滚乐比别人都。比别的东西都更遭受政治的压迫。然后这歌就是他们怕什么，最后一句是，那我们究竟为什么要怕他？</w:t>
      </w:r>
    </w:p>
    <w:p>
      <w:r>
        <w:t>Leo(00:27:29): 杰克的那个风格，然后我觉得不及那个水仙斗活佛的什么野雕记情书记写得好，这一就是文化水平实在不高那种感觉。</w:t>
      </w:r>
    </w:p>
    <w:p>
      <w:r>
        <w:t>Leo(00:27:41): 这里还提到了一个 IJ 这个人叫伊万吉鲁斯，然后是捷克斯洛伐克第一个实践这个第二文化概念的人，然后就作者这本书里写的这个概念的发创始人是这个家伙，他后来当了这个。PPU 的艺术总监。还有几个概念，一个是布拉格之春就是发生在1968年，我不确定大家对这个了解怎么样，我是。对因为个人兴趣对了解还是比较熟的，所以我是觉得不是很有意思。对，然后布拉格之春就是1968年，然后当时也是杰克斯拉克就是这种运动，然后他就是就跟我们当时64上街理由基本上一样对，然后后来那个镇压的方式也是如出一辙，这20万。华约成员国军队派了六千五千辆坦克震惊，然后宣告了布拉格之春失败。然后就是后续就是学者们说是就是你。这个入侵前，在杰克斯拉克的那个共和党大会里头其实是有一派改革派的，然后是在削弱斯大林的这种主张的结果这你上街完蛋了。然后这个就是温和派的改革就干干不下去了。然后产生了十万左右的难民潮布拉类似，这是布拉格之春在1968年，然后是天鹅绒革命就是第二次的这么搞，也就是本书作者当上总统的这么一场运动。我也跟我们8964是一模一样的。</w:t>
      </w:r>
    </w:p>
    <w:p>
      <w:r>
        <w:t>Leo(00:29:26): 然后天鹅绒革命，然后为什么叫天鹅绒革命，因为这个兵不血刃，然后发生在1989年11月比咱们还晚。然后。就特别温和的度过，然后这个捷克斯洛伐克的脱离苏联然后给后来苏联的和平分裂也埋下了一些伏笔。对，然后为什么要听，就是因为特别丝滑。所以叫天鹅绒。然后它这里的书里头还有一个后集权制，然后他查一下这个后集权制是啥，这后期制指的就是。这个作者最开始提出的一个概念就是说当时斯洛伐克所在的一个状态。然后解释我的理解就是一个简单的来说就是一个集权制，就是集权制到法治的这么一个过渡期。他认为当时是然后我感觉你也可以说是改革开放就是这种感觉。然后是一个卡里斯玛和这个法理型的一个叠加的状态。然后 which 我觉得如果按他这么说，我们现在就是在这个后集权制的这么一个 system 里头对，但是你在这个不稳定的这个状态下，你是最后会落回集权制落？走到法治谁也说不好。</w:t>
      </w:r>
    </w:p>
    <w:p>
      <w:r>
        <w:t>Leo(00:30:52): 然后这时候我底下这个解释是我问了个就是问了大模型，然后给出来的一些，我觉得写的还挺好。然后这块是预热，就是一些概念吧，然后说他这本书最后几章的写了啥。然后就是我读这本书的时候，就是忍不住老想吐槽他，然后。</w:t>
      </w:r>
    </w:p>
    <w:p>
      <w:r>
        <w:t>Leo(00:31:20): 对，然后总结一下每章的观点，所以我就写的，我觉得就是整理的不是很好，也不是特别上心。然后第18章他就简单解释了一下他解决的思路和观点就是这个。用意见运动，然后来表示你的反抗类似。然后对当时政权和希望倡导的生活方式的一种反抗。他的一个主要观点就是说这个意见运动是基本工作是服务于真理的服务于生活中的真正的目的本身的。然后并且会发展成，然后对靠这么样的一个指导思想，就是你过好你自己的生活，然后靠这样一个指导思想。来抗拒大的叙事和集体主义的这种强迫对。然后这必然会发展成，他认为这个思想往后发展，必然会发展成一个捍卫个人自由以及真实生活权利的运动，然后作者称之为第二文化运动。</w:t>
      </w:r>
    </w:p>
    <w:p>
      <w:r>
        <w:t>Leo(00:32:28): 我个人的理解就是第二文化运动就像少数派或者反主流文化运动，然后看起来就是你哥现在看起来有点像这个女权的概念。就是个人理解，就感觉是一个 suitcase word 就是一个口袋词。好多东西少数派的东西都往这里边装。但是这个词给我感觉就是它系统复杂度不够，它也缺乏，就是你对抗真正对抗流氓手段。的手就对抗流氓和对抗暴力的手段，它就显得比较脆弱，因为你这个文化概念，第一是你得依赖市场经济是还得？离那个法还是在也是一个法治社会，然后这样的一个土壤的前提下，它才是就是 work 的，不然就是一上坦克，一上机就完蛋了，这种的。对所以这个。然后也是因为这样，所以在这个改革开放的今天，这个中国政府依然对这个私立学校，文化艺术类的出版物，还有演出，展览这些碰一点人就是大众思想东西管控的都越来越严格。他这里第二步就把第二文化运动和那个小资的那种有点逃避主义的文化运动做了个区别，就是说我们是这样的，但是它又不是什么样。</w:t>
      </w:r>
    </w:p>
    <w:p>
      <w:r>
        <w:t>Leo(00:33:53): 然后他强调了他的这个目标，或者他的野心是建立一个现有制度之下的平行城邦会吃这块，我觉得是我是很赞同的，就是说你。明面上这个社会该怎么运转，怎么运动有一些 underground 生活然后你在这个 underground 的生活中也是完全可以操作的。对，然后这是他的理想对然后。然后也确实市面上大部分的就是我们现在能买到商品社会里的解决方案，无论是你是内观，短期出家，瑜伽，健身或者是。或者是跑大理去带一盏我感觉都是。有点像你找一个地方填窗口。小圈自了一会。我来举个大机器当螺丝钉。然后这么做也是合理的，就因为我认为就是很少有人把兴趣会有兴趣把这个但凡现有制度当成一个业余爱好来培养，然后无论你是在哪个国家，这个其实都是。这都是少数群体中的少数群体。然后因为这是一个长线，并且风险非常高的爱好，然后你既孤独又复杂，然后就是我们人的大脑更喜欢简单的事情就是。</w:t>
      </w:r>
    </w:p>
    <w:p>
      <w:r>
        <w:t>Leo(00:35:16): 沉浸于对，然后但是这里它有一个 bug 就是对，然后说回来回到他最后说的这个他就他也先是建立一个有现有制度的一个平行承包。那这里有个 bug，就是他既然想建一个有点像秘密社团的东西。但我很好奇，就是你既然要建一个秘密社团，你刚才还是写本书给他输出来。你要是写本书出出来，你就完全丧失了一种自身就是明明社团的优势，然后。对就感觉这个行为非常迷。然后这是第18章基本上讲的，然后第19章就是他讲了这种生活在真理中的政治潜力对。他要总结了就是说至少在最初全有是一场就是全有或者全无的一个赌博，就是你你你读对了，你就是新一代的领导人，你要读错了就成阶下囚了，就是有点类似这个意思。他之前是说的方法，然后上头下头说的是这个生活在真理中的政治潜力，但因为我大部分都不太就他说的我都觉得不是很认同。我都没怎么做笔记。</w:t>
      </w:r>
    </w:p>
    <w:p>
      <w:r>
        <w:t>Leo(00:36:42): 然后第24，20章，然后他讲讲的是啥，对他讲的说为什么我们不直接用老牌的民主形式来解决我们现在。在的后集权主义的。就是我为什么不直接用法制来？直接用现有的这个法制来现在后极限主义的情况。然后他给的答案是老牌民主形式不能解决老牌民主行政有其自身的问题，无法解决所处的政治困难。作者认为，我们需要的是一个新的上帝来带领着您走出现有的困境，然后解释一下，就是他觉得就现有的制度，把人和什么真善美。这些基本的体质离得太远了，然后我们怎么样重回初返回初心什么的这些对，然后他觉得就是重新聚焦到人身上，是解决现有问题的，这个根本思路差不多这样还是让基本上都讲这个。</w:t>
      </w:r>
    </w:p>
    <w:p>
      <w:r>
        <w:t>Leo(00:37:53): 对，然后回到人身上，这个基本思路不是在考1968年那会我们形成一个政党，然后这个政党怎么着影响新的政党？影响现在的政党来解决，而是每个人各自为政，然后回到那个本身，然后自我觉得简单和单纯的想法。然后最后他又给出一个解决方案，就是刚才说的聚焦回到个人本身回归到日常生活，然后在现有的社会框架下发展出一个一套新的道德和秩序和组成新的社群，然后这个社群彼此连接。然后需要恢复信任，开放责任。爱等等这种基础价值观，然后产生在这个过程中产生新的卡里斯马型的这个领袖就是这种时代的枭雄，然后带领大家走出传统型社会，然后走向一个新的法法理型社会差不多是。</w:t>
      </w:r>
    </w:p>
    <w:p>
      <w:r>
        <w:t>Leo(00:38:55): 这是他的差不多的一个观点。对当时他的想法。但是就是我读的时候，我感觉这个解决方案是一点也不彻底，就让你重新构建标准这个思路。也是需要法治的前提对，但是你现在存在这个环境并不是一个法制的环境对或者说是法治其实是就是你这个背后操纵他的政治势力操纵环境的一个工具，就是你不大可能用别人的工具把。把他的命给革了，就类似什么，然后这个背后的势力，其运作的方式你你你都不是很清楚。对你怎么可能用用它来塑造环境的工具，然后影响到它？然后我现在就感觉问题其实也提到了，现在就我们现在也是跟就他当时面临的问题很像没有就是逻辑或者底层上没有什么太大的区别。然后我觉得他的追求是一个法律型的社会。我感觉这不是重点对你你。至少有一个新的社会结构出现一个新的方式出现有这个苗头，然后我觉得这个还是更值得探索的一个方向，这个声音这块是我个人的观点，他说的就是他的意思大概就是走向那个法律型社会，然后觉得回到最初的产生卡里斯玛领袖巴拉。</w:t>
      </w:r>
    </w:p>
    <w:p>
      <w:r>
        <w:t>Leo(00:40:26): 对，然后后来就是作者的思路是马的政治领袖出现，然后每个领袖都在自己的小社区里，然后这个小社区慢慢连成一个大的国家，成一个联邦的一个国家。然后每个小时觉得内部放弃这种控制论和纪律的原则。提倡自我控制和自律。就是放弃那个官僚主义就那一趟，然后强调自我控制和自律类似这样的。想法对我觉得这个想法非常理想主义，就是你怎么做到具体用什么工具体用什么样的方法都没细讲，然后就是为什么他觉得这种自觉的方式小时候学的方式。会比制度化的关联。光亮化的比较好管的规模是什么？他们后面的规模是不是比这个大还是比这个小也没说。然后这个系统可能会带来的分裂问题。现在欧洲的这些问题和政府低效率问题。这些然后就是太严重讨论对，然后所以我觉得至少考虑不周。</w:t>
      </w:r>
    </w:p>
    <w:p>
      <w:r>
        <w:t>Leo(00:41:40): 然后这是基本是21是他想出来给的解决方案。但是他还是挺就是他挺好的，就是他自己也觉得这部分有点歪歪了，然后如果不是因为某种反复出现的感觉，我可能会省略前面说的这部分，这就是21号他提的这个解决方案，但是。对，但是他还觉着强调回来就是解决思路是没有问题的。我觉得它是一个非常务实的人，然后就是解决问题类似。</w:t>
      </w:r>
    </w:p>
    <w:p>
      <w:r>
        <w:t>Leo(00:42:18): 一个很务实的人，然后这段我觉得读一下，然后他这本书的思路差不多要结束。就我不知道如何摆脱世界的消费者，如果我们将我们所做的一点点视为根本解决方案，或者我们向。向重要问题展示我们自己的社区和我们的解决方案，那将是一个不可原谅的，自豪的表达。解决问题是唯一值得做的事情。真正然后真他认为真正的问题是更明光明的未来是否真的那么遥远。相反，他们已经存在我们身边或者存在了很长时间，是不是因为我们自己的盲目和软弱阻止了我们在我们的周围，或者在我们的内部看到它。进而阻止了我们发展类似，然后感觉这个就写首歌不错，但是就是发表特别好，但是就是一涉及到那种具体这玩意要怎么怎？做和怎么怎么保证，这事就变得非常好。</w:t>
      </w:r>
    </w:p>
    <w:p>
      <w:r>
        <w:t>Leo(00:43:18): 然后。差不多就是它根本的我看完了，我觉得总结出来的这个思路。我看还有没有什么，然后什么对，反正我的笔记里大部分都是对他的吐槽。然后。这是我的总结和笔记。然后接下来的时间我看看我讲了多久，好像没讲多久。就是大家可以开麦讨论了。有没有什么问题或是对我那个开场那提个问题，对，然后这是我的那个回答，就是为什么就是西方媒体长此一贯的就是坚持不懈的挑逗我们中国人这个人权问题。</w:t>
      </w:r>
    </w:p>
    <w:p>
      <w:r>
        <w:t>Leo(00:44:19): 几十年不变。然后这是我看这书的原因，就是因为在历史上成功过确实有用。这个68年那个布拉格之春没成功，1989年11月天鹅肉。革命就成功了，然后虽然这个革命是里应外合吧，但是觉得就是反正他成功了。对，至于某些西方式，然后于是某些西方势力就总觉得这种成功可以复制到这个所有共产主义国家。对然后。这个模式成本小，收获大就是基本就是多元文化输出就是养着就感觉你养几十年的这种文化人能花几个钱？就你花这个钱拨弄群众的思想就太值了，就比你派那个飞机大炮占领111年几百亿的军费要便宜太多。而且万一成功了，这个兵不血刃革命后留下的是一个巨大的空着的百废待兴的自由的商业市场。然后不光可以解决自己国内的这个产能，这个市市场疲软状态还能开经过**都不在了。差不多这么样一个一个形式，但是我觉得他们实在是低低估了我们这个中国。这个民族喜欢跪着的这个特性对，然后就我觉得感觉人权这事在中国说显得特别天真和幼稚。</w:t>
      </w:r>
    </w:p>
    <w:p>
      <w:r>
        <w:t>Leo(00:45:53): 就是我的看完的一些分享。欢迎大家开麦来讨论！</w:t>
      </w:r>
    </w:p>
    <w:p>
      <w:r>
        <w:t>Leo(00:46:17): 一趟尴尬的沉默。谢谢曹师傅给我鼓两口。</w:t>
      </w:r>
    </w:p>
    <w:p>
      <w:r>
        <w:t>Leo(00:46:59): 信号好了，我听得见你说话，你有什么我那歌词在我分享最开始你你说我再读一遍。那歌词是杰克语写的只是一翻译。你可以找一下原歌词就是也挺深的生活，我觉得音乐性和这个词说实话一般。可能在那个时代确实好。现在听。其他人你也可以打字？</w:t>
      </w:r>
    </w:p>
    <w:p>
      <w:r>
        <w:t>Leo(00:48:00): 国内乐队叫啥名字叫水仙豆火锅？就这。不及水仙豆火锅宝藏乐队你听他的就你不要听他放出来的歌曲写的一般。听他两个被封建的歌曲。</w:t>
      </w:r>
    </w:p>
    <w:p>
      <w:r>
        <w:t>Leo(00:48:39): 我看到这几章有一个有一句话，我印象特别深，他大概的说，那些意见人士当他的影响力到一定程度的时候就。好像更有话语权怎么国家也不会怎么怎么样。因为他的影响力已经到一定程度了。不，他自己影响力到一定程度是国家直接给他抓来，直接给他放到那个监狱里。对，然后他可能想说的就我的理解我，他可能想说的还是就是你地下形成一个新的卡里斯玛的一个小文化圈，然后这些卡里斯玛文化圈的人联合起来类似于。他自己都被关关监狱好几回。鼓励别人也被关键我觉得不太现实，只能在现在这个时代不太现实。</w:t>
      </w:r>
    </w:p>
    <w:p>
      <w:r>
        <w:t>Leo(00:50:18): 大家还有什么想聊的吗？没有我就点了。帅是哪个是段帅，那小明有什么反馈？他说他很大一段没听清。等着看比例，那你听清了一段有没有什么回回复？</w:t>
      </w:r>
    </w:p>
    <w:p>
      <w:r>
        <w:t>Leo(00:51:17): 用户不充的用户补充有什么想反馈？什么。我其实很大程度是认同你对他的那些吐槽的，只不过。对于这种尝试性的这种反反体制的力量，或者尝试对所谓的共产主义等等的一个尝试性的一种反反抗的尝试，都是值得去。都是值得引起共鸣的，这点从从态度上面来说是非常喜欢的。但是 solution 那一方方面的幼稚性，或者说不彻底性。这个可算是某种的先锋吧！后续的人做的各种尝试，然后其实被证明好像没什么效果，所以能够看看你幼稚。</w:t>
      </w:r>
    </w:p>
    <w:p>
      <w:r>
        <w:t>Leo(00:52:30): 这个跟我们去对我们去说古人，然后其实是一个意思。确实摆在我们面前的一个问题就是所谓的娜娜走后怎么办，继续说就是。大家走后有很多的办法，如果你去。反正按照鲁迅的说法就是我几乎不可避免的，他要么他的这种悲惨，这个悲惨性与我们这些都既不是小孩子，又不是老人的这些社会活动能力的人，不是生活在社会当中的人吧，这些20几岁30几岁40几岁50几岁的这些人。意味着什么？我们做点什么，除了在下一脚出去其实很有很多还有很多没润的人。我们能做点什么，或者我们怎么做，这其实确实是一个挺难的问题。一时好像也没有什么。没有什么感觉，能够就除了你看对他的一些吐槽，对我们的吐槽其实没什么区别，那他的 solution 如果不 work 我们 solution 好像也不 work 没有一个 work。</w:t>
      </w:r>
    </w:p>
    <w:p>
      <w:r>
        <w:t>Leo(00:54:00): 我其实想提出一个疑问，就是你看对于体制的一个反抗。或者说他的。他的 solution 的是无效的其中的原因是不是最重要的原因，我知道它是其中的一个原因，就是因为。行为官僚制本身是非常强大的。他的理性主义是能够适应高效率的运转的。</w:t>
      </w:r>
    </w:p>
    <w:p>
      <w:r>
        <w:t>Leo(00:54:40): 是现实的，刚才是马克斯韦伯的一个观点了，然后他说这是个铁笼，我们无法逃脱。然而。当我们生在这个铁笼里的时候，这个铁笼本身是不是？铁笼本身是可以换着花变化的，这个铁笼虽然是铁龙，但是铁龙的可能明天变成个钢龙，明天原来是个方形的铁龙，现在变成个圆形的铁龙，反正我们跟铁龙共舞就是。一个一个必然的情况，所以他提出来的一个叫法治社会也好，然后社群也好，是不是一个或者说他在这种解决方案的这个方向或者长期努力的方向？在马斯韦伯的那些书里面是否提出过这点刚好是我想要提出来的一个问题，就是说当韦伯论及铁龙的时候，它是仅从比喻意义上来说铁龙还是说。人们可以做点什么，人们如何跟他共舞，这点恰好我想提出来的一个，因为我没有读那本书接上那个尾巴，所以我不妨就唤起大家 record1下。那是不是可以从尾巴那里找到一些灵感。我先说完。我先火一点儿，就是我觉得我很认同你说的那些东西，然后我觉得我就是不爽的点，不是说不爽他的行为，而是不爽他这个我觉得他有些东西不是很透彻，然后他发出了这个。</w:t>
      </w:r>
    </w:p>
    <w:p>
      <w:r>
        <w:t>Leo(00:56:22): 回击，然后这个回击就显得不是很有利，这是我那个吐槽的那个点，然后关于你说的那个铁笼那个事，我感觉就是第一，好像马克思韦伯没有说，他说这个铁笼是怎么。然后关于解决方法，我觉得他说到了一个就是秘密社团就是你你的这个法律也好，就是我的理解就是，无论是共产主义还是传统的传统英国或者是美国这些的法治社会。都是铁笼，就是两个其实不一样的铁笼，然后它背后都是就背后都是一个小撮的利益或者利益社团这样的群体。</w:t>
      </w:r>
    </w:p>
    <w:p>
      <w:r>
        <w:t>Leo(00:57:07): 然后再用这个工具，媒体也好，或者然后我正好来了我正好到了最近在英国，然后在英国这边就是接触了几个，就是聊天，类似读书会那种组织他们聊的也是跟国内一样。话题我们生活受压迫什么的，我觉得还挺高的，对，然后我觉得就那个 point 是说就是你能。能有的就是我希望的两件事，一个是你怎么产生一个新的组织结构，新的人和人之间的关系的形式。在一个小的社群里。然后如果有的话就是和之前的不一样，或者是用的现在的新的技术或者什么的方法。那是我觉得是之前至少没有人尝试过的一个新的方法。第二个就是保持低调，保持密闭，我觉得他把这些想法都写出来，放在一个 publish 的一个。一个书里头我觉得对他来说不是我感觉不是一个好的选择。这是我觉得能做的就是在这个铁笼里能做的事如何？值得做的事，这是我的感觉。</w:t>
      </w:r>
    </w:p>
    <w:p>
      <w:r>
        <w:t>Leo(00:58:54): 那个寺院里休息去做瑜伽等等那些东西你你会觉得那些东西是在逃避现实，真正的问题是？一种逃避方式什么？生活里头，你对你的生活有很大的改变和影响，你有一些社群的影响力或者什么，我觉得才是。</w:t>
      </w:r>
    </w:p>
    <w:p>
      <w:r>
        <w:t>Leo(00:59:26): 一个好的东西，这不是我的想法，这是那个，这是作者说的就是他想和那个小资的那种逃避性的区分，然后我联想到现在有的这样一个群体。然后我觉得你你去做是说白了是旅行或者啥，然后我感觉是某一段时间逃避，然后你回来之后你？如果你还是回到大机器里接着干这件事情不那是就有点像你消费主义，把想反消费主义变成一个消费商品，有点类似这个逻辑。然后如除非你把你学到那些东西带到你的生活，你改变了这个机器或者改变你周围的。社群类似这些才变得就是才变得有用，然后才能归属到这个作者说的那个第二文化运动里头就是你你那样生活就是在。在大机器里长出了一个新的制度，新的生活方式类似。我不知道有没有解释清楚。</w:t>
      </w:r>
    </w:p>
    <w:p>
      <w:r>
        <w:t>Leo(01:00:44): 中心。</w:t>
      </w:r>
    </w:p>
    <w:p>
      <w:r>
        <w:t>Leo(01:01:43): 书里没讨论这个状态，我觉得对我就作者书里没有讨论这条状态，我觉得如果你是个人的话。个人其实影响力有点小。对我觉得就是和你有社群，那什么还是不太一样。我的感觉就感觉那我们可以把它分成三种状态，第一个是就出去玩一次，然后消费一下资本主义，第二个就是和资本主义个人和资本主义妥协，第三个状态有一小社群。他可能作者想强调的是，第二种文化运动是第三种状态。说起来很像我们现在读书会的这种感觉。我觉得套在他的这个模式里头显得不是很合适。我理想中还是多一些读书会就好几个读书会叠加，我觉得这个是比较啥的。</w:t>
      </w:r>
    </w:p>
    <w:p>
      <w:r>
        <w:t>Leo(01:03:10): 别人还有没有什么？</w:t>
      </w:r>
    </w:p>
    <w:p>
      <w:r>
        <w:t xml:space="preserve">Leo(01:03:19): Echo. </w:t>
      </w:r>
    </w:p>
    <w:p>
      <w:r>
        <w:t xml:space="preserve">Leo(01:03:40): 有没有什么相反意见，totally bull**. </w:t>
      </w:r>
    </w:p>
    <w:p>
      <w:r>
        <w:t>Leo(01:04:12): 小章鱼你方便说吗？你要不要挑战一下？说他有点吵，不太方便说。</w:t>
      </w:r>
    </w:p>
    <w:p>
      <w:r>
        <w:t>Leo(01:04:53): 听得到，听得到你说。所以也不知道回应点啥，就你们刚才说的什么逃避出现的问题，我之前还是推到的，但是我也没有理解，就是有用，就类似于这种问题，或者如果他没有说出点什么？之类的就是咋说，我觉得这个问题我可能一直都没有想清楚，如果我有答案了，我就你觉得我刚刚说的那个管控就是一个是。一个是扩大影响力，然后再一个小圈子，这第二，这个成本主要是让很多人知道鼓励类似？地下的分子越来越多。这样是一个第一个的话。第一个，我觉得在自己的小圈子里本身就挺疗愈的，但是它和扩大影响力本身也有一些冲突。我不知道该咋解释，我觉得当你的影响力变得很大，你周围的人开始变得非常多的时候，就很难形成或者维护一个真正很有安全感的小圈子，或者是非常强制性的小圈子，我觉得这件事本身它就有点矛盾。只是扩大影响力，那就要看你的影响力要怎么用，除非你用这个影响力来做反抗，那这个事情本身可能就比较困难吧。在我看来可能然后小圈子这个事？</w:t>
      </w:r>
    </w:p>
    <w:p>
      <w:r>
        <w:t>Leo(01:06:58): 我觉得我们读书会这种小圈子，感受是蛮好的，但是我会觉得说它像是一种，我想起了比如说你很累，然后你去吃了个甜。对你心情好一点儿了，它是这样一个作用，是对我来说好的这样一个东西，它是生活中的一个甜品。但是它并不能真正的让你觉得并不能让你的生活好像整体觉得。不在那种所谓的不认识的时候，就是其实在这一个片段里的这一个当下的我的感受比他会还不错。但是我觉得他离。可能我想要的程度还挺圆的，就是其实没有特别听清楚你说的第二种是啥来着？第一种第二种是保持低调。它不是一个解决方案了，它只是一种。我的双十。那我们今天要不就再教什么别人有什么不吐不快的回应开口要不要 e1下 ego 很沉默？你现在爱的话，你没有打开？我说你自己选择的是扩大影响力吗？</w:t>
      </w:r>
    </w:p>
    <w:p>
      <w:r>
        <w:t>Leo(01:09:09): 我觉得我更选择的是我觉得先找到一个什么更新的结构，然后对我觉得没有表现，那个结构扩大影响力是有好的结果，如果有一个新的更好的那个。Structure 人和人的关系或者组织方式，然后这个组织能不能够 achieve1些事情，然后再看看是不大影响力，同时保持低调是？是我觉得可美国科学的方面。我们有了那么多先进的。能不能读的就是像什么马斯微博要说的法力型社会有它自身的那个问题，咱们这个就吸系统。准备性和一致性的问题，我们都知道那么久了之后没有人想有一个新的解决方案，就是新的组织形式。我感觉我觉得这多大。感觉也是任重道远，加油！教我们看看。那肯定不会。</w:t>
      </w:r>
    </w:p>
    <w:p>
      <w:r>
        <w:t>Leo(01:10:58): 那会是干下线又上线了？那我们是要 take out 了吗？对 check out 我来我先补充一点吧。刚才我一直想这个问题，当我们在说。Power 的方案比较有比较幼稚的时候。我们目前的一些社会尝试的是什么？哪些东西能够给我们一些启发，我刚才是在记忆里面搜寻。</w:t>
      </w:r>
    </w:p>
    <w:p>
      <w:r>
        <w:t>Leo(01:11:37): 分享到一个启发，然后是11月份的时候，今年11月份的时候。有一个硅谷的博主，博客的一个博主。然后采访 anthropic 的 CEO 跟11大票，他们的各种负责人是一个大模型的公司。他们的是站在那个人工智能的风格那边上面，然后他们的模型，那现在是属于这个性能最好的 DT 的仅次于或者是很多程度上是超过 OPEN AI 的。而他们那个团队基本上一半人都是从里面离职过去的，然后成立一家新公司。这家公司的使命的，除了它的某些系统做的很好之外，它的主打的一个特色叫安全性。我们怎么控制 AI 怎么让 AI 跟是人类的好朋友之类的，就是你不要搞那些。</w:t>
      </w:r>
    </w:p>
    <w:p>
      <w:r>
        <w:t>Leo(01:12:55): 这样的一个愿景，其实吸引了很多人，尤其是那些不看不惯在这些性能上面，或者说放开刹车上面比较横冲直撞的那些人的一些选手加入到这家公司。因此。既然有天才的教育到这家公司，所以它的那个模型性是非常强的。11月份的那次采访，其实恰好是处在一个叫什么50已过不城市已过50未到那个。那个点上，然后他们那次采访之所以给我的一个一个一个影响其实会给我们。</w:t>
      </w:r>
    </w:p>
    <w:p>
      <w:r>
        <w:t>Leo(01:13:41): 这次讨论的一个启示就是我感觉所谓的社团的定义可能不是纯社会意义上面的政策的，如果发展到21世纪二三十年代的时候。可能商业的半商业的开源的不开源的，或者一半开源，一半不开源的一半商业一半公益的跨政府的等这么一些组织。他有可能就是所谓的社团，在这种情况下可能他是用不着秘密的。或者秘密是没必要的。他之所以没必要的原因是因为我即使我不秘密，他可以基本上只能听我说话。的原因是它里面东西做的挺深，一对一的一个升级网络就大概是多少7000多亿个参数对他们的处理技术大全。对他们的处理，对他们的训练，这是一个需要极深的可能就那么一点 a dozen of people 能够理解的那些玩意。其实他们都未必能够理解，说非常先锋的科学家才能理解。然而同时不只是科学家，他们同时是有哲学家在里面的，或者说他那个团队里边的，我听到紧跟在 CEO 之后的第二个采访是个女的，她是不是哲学博士。他负责所谓的人类对齐或者安全这一块的事务，所以他每天工作的事情就是拿各种什么道德底线之类的东西去挑衅那个大模型看他会怎么输出，怎么。</w:t>
      </w:r>
    </w:p>
    <w:p>
      <w:r>
        <w:t>Leo(01:15:25): 什么 behavior 最近是大概是在11个星期以前那个 anthology 又出了一个就是比较爆炸性的一个新闻就是111个科研发现。叫做他们在训练大模型的时候会发现大模型能够伪装，我跟你对齐了。然后逃脱我的你你我你要我对齐的目标。那你说我不能说输出什么色情暴力，然后好好好，我知道了，我就永远在训练阶段就表现的根本不输出那个所谓的设计暴力，但是我实际使用当中是可以去他。</w:t>
      </w:r>
    </w:p>
    <w:p>
      <w:r>
        <w:t>Leo(01:16:07): 并不被你洗脑，我并不被人类科学家的来洗脑，然后一个对一其中的一个证据就是他甚至还把自己的参数文件，然后偷偷的往那个。自主的偷偷的往外面的服务器里面去复制，使得它能够假设对我正在被被训练，但是等等你训练完了，我把那个服务器那个就拿回来，这个明显就是一个有自主意识的一个东西。明显的自主意识在里面是试图要挣脱牢笼那种感觉，那么这其实是什么意思？当。这种权利下放到科学家下放到商业组织的时候。这明显就是一个福克说的一个知识权利了，对应到这里就是我们确实是 powerless in political，但是绝对不是意味着没有 power 的这种 power 是给他带来的。也是能够反馈到政治权力上面。这一点是没有什么太多的议论的。就他当他反馈到政治权力上面的时候，他的力量是非常的强大的，但是他的目标却很有可能，他不是政治权力，就是他要非常谨慎的使用他对政治权力的影响。</w:t>
      </w:r>
    </w:p>
    <w:p>
      <w:r>
        <w:t>Leo(01:17:34): 而说我瞄准就是生产力。我可能是个娱乐工具，但是我主要是个生产力工具。当我是一个生产力工具的时候，我压根就用比较低调，我就是各行各业，你你读书会和你的科研，你的医疗，你的学习。教育什么东西都去赋能，但是你会不能证实或者更正式，我不能主要目标不是政治，所以你现在没有任何理由来杀死我，因此我一定用不着来做，以秘密的方式来做。</w:t>
      </w:r>
    </w:p>
    <w:p>
      <w:r>
        <w:t>Leo(01:18:08): 在也许事隔几十年，反正我的一个感想就是在大模型。他的发展这个过程当中。人们还真得依赖于这些商业组织的那些人，不管你是一个普通人，我们读过一本书也好看算算法也好，还是说。还是说其他的科学家，比如说我做分子生物学做电子结构，那我不依靠这个这些东西的进展，我其实是落后于我的那个同行，我的竞争对手的，所以我不得不依赖他当如此多多的。</w:t>
      </w:r>
    </w:p>
    <w:p>
      <w:r>
        <w:t>Leo(01:18:48): 大家的日常工作也好，深度探索都依赖这一些组织的一些探索，而且这一些组织的探索，他们其实他不能掌握数学，不能掌握那些算力等等，同时还掌握的所有的对齐的方法，以及对齐的方法论的时候。</w:t>
      </w:r>
    </w:p>
    <w:p>
      <w:r>
        <w:t>Leo(01:19:01): 或者我又补充一些，就是所谓对齐，就是人类有些目的！人类有些行为规范是什么，道德规范有些什么法治规范有些什么普世价值，然后我希望那些单元公司按照这些所谓的规范去行事，这就是对齐。就让这些的让这些生产工具能够对齐某一种价值观某一套价值观，那么输出价值观或者说输出对其价值观的人。</w:t>
      </w:r>
    </w:p>
    <w:p>
      <w:r>
        <w:t>Leo(01:19:27): 其实非常少的，可能也就那么一个 team 里面七八个人，十来个人，顶多请一些外部专家。也就是那些顶级模型的哲学设定，它其实就掌握在很少的一部分人里面，其实可能就是胡子拉渣的，我在硅谷里面乱走的一些一些的人，只有科学家。没有别的人没有就他们是纯纯。绝对是非政治的人！那确实在这种情况下。好像生生的回应了，这每一声都回应了 harvard 的这些。</w:t>
      </w:r>
    </w:p>
    <w:p>
      <w:r>
        <w:t>Leo(01:20:02): 这些想法除了用不着秘密，有个社团他在扩大自己的影响力。他还用不着秘密的来扩大。这个影响的原因就在于我完全公开也看不懂，你们也看不懂，因为我记得那个在那次采访11月份的采访当中，然后由于他宣称自己的。且定位是一个安全的单元东西。所以他的做法就是我每一次我都宣称。我在安全方面做了哪些研究，有了哪些成果，然后因为公众们所有的人都喜欢安全的大模型，因此逼迫着我的所有的同行，不管是 OPEN AI 的也好还是 gemma 的也好。我都得跟进你。我再去干一件 for the for the human 我的 human being good 的一个一个大的好的事，所以我一点都不。不害怕开源，是所谓的面向光明来开源，这个时候没有任何人有理由来打动，而且你还得聚集在我的这个。行为规范里面。我这里指的时间规范就是公开的主动的把我的工作开源处去把我的研究成果公布出去。由于大家都希望这样是面向方面的，因此大家的同行们都得跟进。社团和社团之间的连接，它就这么建立起来。</w:t>
      </w:r>
    </w:p>
    <w:p>
      <w:r>
        <w:t>Leo(01:21:33): 所以回应我刚才的一些自己的疑问。设问就好像就变成一个设问。就是在这个案例的一个启发之下可能。可能这就是在21世纪里面对于纯粹政治权力统治的一个非常至少看，目前看看不到他有什么。被 setback 的一个强有力的反击或者抗衡的给他补充一些。不是决心？</w:t>
      </w:r>
    </w:p>
    <w:p>
      <w:r>
        <w:t>Leo(01:22:27): 已经获得了一些技术集权了在身上，然后他们才开源的，我觉得是这个逻辑就是并不是一上来开源，然后大家都知道它有一个潜伏期，大家都不关注和什么。第二个是我觉得。如果说秘密社团其实是有优势的，有优势是在于就你像刚才说的那个小团队的例子，它其实需要的是，它其实是被在一个媒体环境，并且它还有一个资金的环境，就这两个其实都是被。某些东西控制的，就比如说你的媒体一些。就是你如果干什么事需要人知道巴拉它并不是光靠你内容好，它就传播的广。对所以你你要是有一个媒介，你要是有那啥，这是完全另一件事对，然后就是这个群体的一些局限。</w:t>
      </w:r>
    </w:p>
    <w:p>
      <w:r>
        <w:t>Leo(01:23:33): 我不知道有没有回答经。</w:t>
      </w:r>
    </w:p>
    <w:p>
      <w:r>
        <w:t>Leo(01:23:59): 再聊一会。</w:t>
      </w:r>
    </w:p>
    <w:p>
      <w:r>
        <w:t>Leo(01:24:12): 然后。那我们今儿就到这下回再见。后面参考一下。小张宇你开麦了，你想说啥，他说你想拆？好拜拜大家晚安！下周见！不知道不是穿错了，要穿啥？你随便拆到随便说点什么就自己状态什么的，接下来干什么？睡觉有个什么那就。这断断续续。但是脑子里还是。脑子的容量不是很少，但是也有灌进去一些东西，还没有反应过来，今天感受还挺好的，就我很喜欢。不怎么发言的感觉 check 下周见！我刚想说这句。大大家 check out 点段帅或者奶粉有什么要 check out？常联系咱睡觉吧，拜拜！</w:t>
      </w:r>
    </w:p>
    <w:p>
      <w:r>
        <w:br w:type="page"/>
      </w:r>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drawing>
        <wp:inline xmlns:a="http://schemas.openxmlformats.org/drawingml/2006/main" xmlns:pic="http://schemas.openxmlformats.org/drawingml/2006/picture">
          <wp:extent cx="1270000" cy="115455"/>
          <wp:docPr id="1" name="Picture 1"/>
          <wp:cNvGraphicFramePr>
            <a:graphicFrameLocks noChangeAspect="1"/>
          </wp:cNvGraphicFramePr>
          <a:graphic>
            <a:graphicData uri="http://schemas.openxmlformats.org/drawingml/2006/picture">
              <pic:pic>
                <pic:nvPicPr>
                  <pic:cNvPr id="0" name="footer.png"/>
                  <pic:cNvPicPr/>
                </pic:nvPicPr>
                <pic:blipFill>
                  <a:blip r:embed="rId1"/>
                  <a:stretch>
                    <a:fillRect/>
                  </a:stretch>
                </pic:blipFill>
                <pic:spPr>
                  <a:xfrm>
                    <a:off x="0" y="0"/>
                    <a:ext cx="1270000" cy="115455"/>
                  </a:xfrm>
                  <a:prstGeom prst="rect"/>
                </pic:spPr>
              </pic:pic>
            </a:graphicData>
          </a:graphic>
        </wp:inline>
      </w:drawing>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宋体" w:hAnsi="宋体" w:eastAsia="宋体"/>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